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A4241" w14:textId="77777777" w:rsidR="00E20D4E" w:rsidRDefault="00000000">
      <w:pPr>
        <w:jc w:val="center"/>
      </w:pPr>
      <w:r>
        <w:rPr>
          <w:b/>
          <w:sz w:val="26"/>
        </w:rPr>
        <w:t>INFORMÁCIA O NEEXISTENCII PRÁVA NA ODSTÚPENIE OD ZMLUVY BEZ UVEDENIA DÔVODU</w:t>
      </w:r>
    </w:p>
    <w:p w14:paraId="1C9D857E" w14:textId="2312D2EB" w:rsidR="00E20D4E" w:rsidRDefault="00E20D4E"/>
    <w:p w14:paraId="362D8E7A" w14:textId="77777777" w:rsidR="003A4CA8" w:rsidRDefault="003A4CA8"/>
    <w:p w14:paraId="664AEF35" w14:textId="77777777" w:rsidR="003A4CA8" w:rsidRPr="003A4CA8" w:rsidRDefault="003A4CA8" w:rsidP="003A4CA8">
      <w:pPr>
        <w:rPr>
          <w:lang w:val="sk-SK"/>
        </w:rPr>
      </w:pPr>
      <w:r w:rsidRPr="003A4CA8">
        <w:rPr>
          <w:b/>
          <w:bCs/>
          <w:lang w:val="sk-SK"/>
        </w:rPr>
        <w:t>Predávajúci:</w:t>
      </w:r>
    </w:p>
    <w:p w14:paraId="63C7C487" w14:textId="77777777" w:rsidR="003A4CA8" w:rsidRPr="003A4CA8" w:rsidRDefault="003A4CA8" w:rsidP="003A4CA8">
      <w:pPr>
        <w:spacing w:after="0"/>
        <w:rPr>
          <w:lang w:val="sk-SK"/>
        </w:rPr>
      </w:pPr>
      <w:proofErr w:type="spellStart"/>
      <w:r w:rsidRPr="003A4CA8">
        <w:rPr>
          <w:lang w:val="sk-SK"/>
        </w:rPr>
        <w:t>ivpa</w:t>
      </w:r>
      <w:proofErr w:type="spellEnd"/>
      <w:r w:rsidRPr="003A4CA8">
        <w:rPr>
          <w:lang w:val="sk-SK"/>
        </w:rPr>
        <w:t xml:space="preserve"> </w:t>
      </w:r>
      <w:proofErr w:type="spellStart"/>
      <w:r w:rsidRPr="003A4CA8">
        <w:rPr>
          <w:lang w:val="sk-SK"/>
        </w:rPr>
        <w:t>s.r.o</w:t>
      </w:r>
      <w:proofErr w:type="spellEnd"/>
      <w:r w:rsidRPr="003A4CA8">
        <w:rPr>
          <w:lang w:val="sk-SK"/>
        </w:rPr>
        <w:t>.</w:t>
      </w:r>
    </w:p>
    <w:p w14:paraId="01CB6E0D" w14:textId="77777777" w:rsidR="003A4CA8" w:rsidRPr="003A4CA8" w:rsidRDefault="003A4CA8" w:rsidP="003A4CA8">
      <w:pPr>
        <w:spacing w:after="0"/>
        <w:rPr>
          <w:lang w:val="sk-SK"/>
        </w:rPr>
      </w:pPr>
      <w:r w:rsidRPr="003A4CA8">
        <w:rPr>
          <w:lang w:val="sk-SK"/>
        </w:rPr>
        <w:t>so sídlom Čierne 1318, 023 13 Čierne</w:t>
      </w:r>
    </w:p>
    <w:p w14:paraId="744997A0" w14:textId="77777777" w:rsidR="003A4CA8" w:rsidRPr="003A4CA8" w:rsidRDefault="003A4CA8" w:rsidP="003A4CA8">
      <w:pPr>
        <w:spacing w:after="0"/>
        <w:rPr>
          <w:lang w:val="sk-SK"/>
        </w:rPr>
      </w:pPr>
      <w:r w:rsidRPr="003A4CA8">
        <w:rPr>
          <w:lang w:val="sk-SK"/>
        </w:rPr>
        <w:t>IČO: 51 487 802</w:t>
      </w:r>
    </w:p>
    <w:p w14:paraId="464ACA17" w14:textId="44AB9776" w:rsidR="003A4CA8" w:rsidRDefault="003A4CA8" w:rsidP="003A4CA8">
      <w:pPr>
        <w:spacing w:after="0"/>
        <w:rPr>
          <w:lang w:val="sk-SK"/>
        </w:rPr>
      </w:pPr>
      <w:r w:rsidRPr="003A4CA8">
        <w:rPr>
          <w:lang w:val="sk-SK"/>
        </w:rPr>
        <w:t xml:space="preserve">e-mail: </w:t>
      </w:r>
      <w:hyperlink r:id="rId6" w:history="1">
        <w:r w:rsidR="00220AC6" w:rsidRPr="00220AC6">
          <w:rPr>
            <w:rStyle w:val="Hypertextovprepojenie"/>
          </w:rPr>
          <w:t>ivpaokna@gmail.com</w:t>
        </w:r>
      </w:hyperlink>
    </w:p>
    <w:p w14:paraId="3CE058F7" w14:textId="77777777" w:rsidR="003A4CA8" w:rsidRPr="003A4CA8" w:rsidRDefault="003A4CA8" w:rsidP="003A4CA8">
      <w:pPr>
        <w:spacing w:after="0"/>
        <w:rPr>
          <w:lang w:val="sk-SK"/>
        </w:rPr>
      </w:pPr>
    </w:p>
    <w:p w14:paraId="3E37B397" w14:textId="77777777" w:rsidR="003A4CA8" w:rsidRPr="003A4CA8" w:rsidRDefault="003A4CA8" w:rsidP="003A4CA8">
      <w:pPr>
        <w:jc w:val="both"/>
        <w:rPr>
          <w:lang w:val="sk-SK"/>
        </w:rPr>
      </w:pPr>
      <w:r w:rsidRPr="003A4CA8">
        <w:rPr>
          <w:lang w:val="sk-SK"/>
        </w:rPr>
        <w:t>V súvislosti s Vami požadovaným tovarom Vás týmto pred uzavretím zmluvy informujeme, že predmetný tovar bude vyrobený, upravený alebo inak prispôsobený podľa Vašich individuálnych požiadaviek.</w:t>
      </w:r>
    </w:p>
    <w:p w14:paraId="79F17C85" w14:textId="77777777" w:rsidR="003A4CA8" w:rsidRPr="003A4CA8" w:rsidRDefault="003A4CA8" w:rsidP="003A4CA8">
      <w:pPr>
        <w:jc w:val="both"/>
        <w:rPr>
          <w:lang w:val="sk-SK"/>
        </w:rPr>
      </w:pPr>
      <w:r w:rsidRPr="003A4CA8">
        <w:rPr>
          <w:lang w:val="sk-SK"/>
        </w:rPr>
        <w:t>Z uvedeného dôvodu ide o tovar vyrobený podľa špecifikácií spotrebiteľa alebo tovar vyrobený na mieru podľa § 19 ods. 1 písm. c) zákona č. 108/2024 Z. z. o ochrane spotrebiteľa.</w:t>
      </w:r>
    </w:p>
    <w:p w14:paraId="40430442" w14:textId="77777777" w:rsidR="003A4CA8" w:rsidRPr="003A4CA8" w:rsidRDefault="003A4CA8" w:rsidP="003A4CA8">
      <w:pPr>
        <w:jc w:val="both"/>
        <w:rPr>
          <w:lang w:val="sk-SK"/>
        </w:rPr>
      </w:pPr>
      <w:r w:rsidRPr="003A4CA8">
        <w:rPr>
          <w:b/>
          <w:bCs/>
          <w:lang w:val="sk-SK"/>
        </w:rPr>
        <w:t>Pri tomto tovare preto nemáte právo odstúpiť od zmluvy bez uvedenia dôvodu v 14-dňovej lehote.</w:t>
      </w:r>
    </w:p>
    <w:p w14:paraId="66074140" w14:textId="77777777" w:rsidR="003A4CA8" w:rsidRDefault="003A4CA8" w:rsidP="003A4CA8">
      <w:pPr>
        <w:jc w:val="both"/>
        <w:rPr>
          <w:lang w:val="sk-SK"/>
        </w:rPr>
      </w:pPr>
      <w:r w:rsidRPr="003A4CA8">
        <w:rPr>
          <w:lang w:val="sk-SK"/>
        </w:rPr>
        <w:t>Toto obmedzenie sa vzťahuje výlučne na zákonné právo Spotrebiteľa na odstúpenie od zmluvy bez uvedenia dôvodu. Nie sú tým dotknuté Vaše práva zo zodpovednosti za vady ani iné práva vyplývajúce z právnych predpisov.</w:t>
      </w:r>
    </w:p>
    <w:p w14:paraId="48B4A88E" w14:textId="77777777" w:rsidR="003A4CA8" w:rsidRDefault="003A4CA8" w:rsidP="003A4CA8">
      <w:pPr>
        <w:jc w:val="both"/>
        <w:rPr>
          <w:lang w:val="sk-SK"/>
        </w:rPr>
      </w:pPr>
    </w:p>
    <w:p w14:paraId="6AA07058" w14:textId="77777777" w:rsidR="003A4CA8" w:rsidRPr="003A4CA8" w:rsidRDefault="003A4CA8" w:rsidP="003A4CA8">
      <w:pPr>
        <w:jc w:val="both"/>
        <w:rPr>
          <w:lang w:val="sk-SK"/>
        </w:rPr>
      </w:pPr>
      <w:r w:rsidRPr="003A4CA8">
        <w:rPr>
          <w:b/>
          <w:bCs/>
          <w:lang w:val="sk-SK"/>
        </w:rPr>
        <w:t>Špecifikácia tovaru:</w:t>
      </w:r>
    </w:p>
    <w:p w14:paraId="2802D72E" w14:textId="77777777" w:rsidR="003A4CA8" w:rsidRPr="003A4CA8" w:rsidRDefault="003A4CA8" w:rsidP="003A4CA8">
      <w:pPr>
        <w:jc w:val="both"/>
        <w:rPr>
          <w:lang w:val="sk-SK"/>
        </w:rPr>
      </w:pPr>
      <w:r w:rsidRPr="003A4CA8">
        <w:rPr>
          <w:lang w:val="sk-SK"/>
        </w:rPr>
        <w:t>..............................................................................................................</w:t>
      </w:r>
    </w:p>
    <w:p w14:paraId="1005D92E" w14:textId="77777777" w:rsidR="003A4CA8" w:rsidRPr="003A4CA8" w:rsidRDefault="003A4CA8" w:rsidP="003A4CA8">
      <w:pPr>
        <w:jc w:val="both"/>
        <w:rPr>
          <w:lang w:val="sk-SK"/>
        </w:rPr>
      </w:pPr>
      <w:r w:rsidRPr="003A4CA8">
        <w:rPr>
          <w:lang w:val="sk-SK"/>
        </w:rPr>
        <w:t>..............................................................................................................</w:t>
      </w:r>
    </w:p>
    <w:p w14:paraId="4B69688A" w14:textId="77777777" w:rsidR="003A4CA8" w:rsidRPr="003A4CA8" w:rsidRDefault="003A4CA8" w:rsidP="003A4CA8">
      <w:pPr>
        <w:jc w:val="both"/>
        <w:rPr>
          <w:lang w:val="sk-SK"/>
        </w:rPr>
      </w:pPr>
      <w:r w:rsidRPr="003A4CA8">
        <w:rPr>
          <w:b/>
          <w:bCs/>
          <w:lang w:val="sk-SK"/>
        </w:rPr>
        <w:t>Dátum:</w:t>
      </w:r>
    </w:p>
    <w:p w14:paraId="25DC6421" w14:textId="77777777" w:rsidR="003A4CA8" w:rsidRPr="003A4CA8" w:rsidRDefault="003A4CA8" w:rsidP="003A4CA8">
      <w:pPr>
        <w:jc w:val="both"/>
        <w:rPr>
          <w:lang w:val="sk-SK"/>
        </w:rPr>
      </w:pPr>
      <w:r w:rsidRPr="003A4CA8">
        <w:rPr>
          <w:lang w:val="sk-SK"/>
        </w:rPr>
        <w:t>..............................................................................................................</w:t>
      </w:r>
    </w:p>
    <w:p w14:paraId="12FA1258" w14:textId="77777777" w:rsidR="003A4CA8" w:rsidRPr="003A4CA8" w:rsidRDefault="003A4CA8" w:rsidP="003A4CA8">
      <w:pPr>
        <w:jc w:val="both"/>
        <w:rPr>
          <w:lang w:val="sk-SK"/>
        </w:rPr>
      </w:pPr>
      <w:r w:rsidRPr="003A4CA8">
        <w:rPr>
          <w:b/>
          <w:bCs/>
          <w:lang w:val="sk-SK"/>
        </w:rPr>
        <w:t>Meno spotrebiteľa:</w:t>
      </w:r>
    </w:p>
    <w:p w14:paraId="1E9E70F8" w14:textId="77777777" w:rsidR="003A4CA8" w:rsidRPr="003A4CA8" w:rsidRDefault="003A4CA8" w:rsidP="003A4CA8">
      <w:pPr>
        <w:jc w:val="both"/>
        <w:rPr>
          <w:lang w:val="sk-SK"/>
        </w:rPr>
      </w:pPr>
      <w:r w:rsidRPr="003A4CA8">
        <w:rPr>
          <w:lang w:val="sk-SK"/>
        </w:rPr>
        <w:t>..............................................................................................................</w:t>
      </w:r>
    </w:p>
    <w:p w14:paraId="56825E2C" w14:textId="77777777" w:rsidR="003A4CA8" w:rsidRPr="003A4CA8" w:rsidRDefault="003A4CA8" w:rsidP="003A4CA8">
      <w:pPr>
        <w:jc w:val="both"/>
        <w:rPr>
          <w:lang w:val="sk-SK"/>
        </w:rPr>
      </w:pPr>
    </w:p>
    <w:p w14:paraId="3205EEB2" w14:textId="77777777" w:rsidR="003A4CA8" w:rsidRDefault="003A4CA8"/>
    <w:sectPr w:rsidR="003A4CA8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9815130">
    <w:abstractNumId w:val="8"/>
  </w:num>
  <w:num w:numId="2" w16cid:durableId="384067366">
    <w:abstractNumId w:val="6"/>
  </w:num>
  <w:num w:numId="3" w16cid:durableId="1679691556">
    <w:abstractNumId w:val="5"/>
  </w:num>
  <w:num w:numId="4" w16cid:durableId="157885997">
    <w:abstractNumId w:val="4"/>
  </w:num>
  <w:num w:numId="5" w16cid:durableId="422185540">
    <w:abstractNumId w:val="7"/>
  </w:num>
  <w:num w:numId="6" w16cid:durableId="461970945">
    <w:abstractNumId w:val="3"/>
  </w:num>
  <w:num w:numId="7" w16cid:durableId="208032860">
    <w:abstractNumId w:val="2"/>
  </w:num>
  <w:num w:numId="8" w16cid:durableId="604072458">
    <w:abstractNumId w:val="1"/>
  </w:num>
  <w:num w:numId="9" w16cid:durableId="768698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AC6"/>
    <w:rsid w:val="0029639D"/>
    <w:rsid w:val="00326F90"/>
    <w:rsid w:val="003A4CA8"/>
    <w:rsid w:val="006B0002"/>
    <w:rsid w:val="007F0DC3"/>
    <w:rsid w:val="00AA1D8D"/>
    <w:rsid w:val="00B47730"/>
    <w:rsid w:val="00CB0664"/>
    <w:rsid w:val="00E20D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0A639E"/>
  <w14:defaultImageDpi w14:val="300"/>
  <w15:docId w15:val="{F5F1362D-BC7D-4575-B25B-1EC08F06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20" w:line="259" w:lineRule="auto"/>
    </w:pPr>
    <w:rPr>
      <w:rFonts w:ascii="Arial" w:eastAsia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3A4CA8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A4C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vpaokna@gmail.com?subject=Nov%C3%A1%20spr%C3%A1va%20z%20webu%20IVPA%20okn%C3%A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Patrik Jurga</cp:lastModifiedBy>
  <cp:revision>11</cp:revision>
  <dcterms:created xsi:type="dcterms:W3CDTF">2013-12-23T23:15:00Z</dcterms:created>
  <dcterms:modified xsi:type="dcterms:W3CDTF">2026-10-05T10:57:00Z</dcterms:modified>
  <cp:category/>
</cp:coreProperties>
</file>